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שורש ומהי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אותיות השורש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ל.מ.ד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ג.ד.ל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ג.ד.ל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(ל.מ.ד)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(ש.מ.ר)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(כ.ת.ב)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(ג.ד.ל)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(ל.מ.ד)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יש שינויים קטנים באותיות השורש בתוך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לשתיהן השורש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להן שורשים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נוצרות מילים חדשות מאותו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 ממשפחה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יוצרים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יבחרו שורש ויכתבו 3 מילים נכונות עם משפט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אותיות הבסיס של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משפחת מילים - מילים עם 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עם שורש משותף תתקבל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שורש אחד על הלוח ולבקש מהתלמידים למצוא מילים נוספות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שלפעמים אות בשורש משתנה או נעלמת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דיון קצר על בניינים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למילים רבות יש שורש משותף - אותיות בסיס שנושאות את המשמעות העיקרית. מילים שיש להן אותו שורש שייכות לאותה משפחת 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כ.ת.י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ת.י.ב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כ.י.ב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המילה מלמד?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מ.ל.מ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מ.ל.ד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ל.מ.מ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השורש של המילה שמירה?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ש.מ.ר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ש.י.ר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מ.י.ר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ש.מ.י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השורש של המילה הגדיל?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ה.ג.ד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ג.ד.ל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ג.ד.י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ה.ד.ל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השורש של המילה התכתבות?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ת.כ.ת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כ.ת.ת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ה.כ.ת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השורש של המילה מגדל?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מ.ג.ד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ג.ד.ל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מ.ד.ל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ג.ד.מ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ל.מ.ד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כ.ת.ב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ג.ד.ל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ל.מ.ד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ש.מ.ר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המילים במשפחת מילים יש את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תמיד מופיע במילה בדיוק באותו סדר ובלי שינוי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כתב וכתובת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שמר ושיר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אותיות לשורש כדי ליצור מילים 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 ממשפחה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ש__________ בבית ספר נקרא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האיש שעומד בשער ושומר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המכתב שאני כותב נקרא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מקום שבו מגדלים ילדים קטנים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הפעולה של לכתוב משהו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יוצרים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(למשל ל.מ.ד או ש.מ.ר) וכתבו שלוש מילים שונות מאותה משפחה, לכל מילה כתבו משפט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משפחת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למשפחת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