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שורש ומהי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אותיות השורש במילים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מילים חדשות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ל.מ.ד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ש.מ.ר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ג.ד.ל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ג.ד.ל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(ל.מ.ד)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(ש.מ.ר)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(כ.ת.ב)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(ג.ד.ל)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(ל.מ.ד)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לפעמים יש שינויים קטנים באותיות השורש בתוך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לשתיהן השורש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להן שורשים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נוצרות מילים חדשות מאותו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 ממשפחה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יוצרים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יבחרו שורש ויכתבו 3 מילים נכונות עם משפט לכל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- אותיות הבסיס של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משפחת מילים - מילים עם 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נכונה עם שורש משותף תתקבל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בכתיבת שורש אחד על הלוח ולבקש מהתלמידים למצוא מילים נוספות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שלפעמים אות בשורש משתנה או נעלמת במילה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דיון קצר על בניינים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במילים בעברית יש שורש. שורש הוא כמה אותיות שחוזרות במילים דומות. מילים עם אותו שורש הן משפחה אחת.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הבסיסיות שנושאות את המשמעות של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שיש להן 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אותיות השורש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מתוך השורש שנמצאות בתוך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תוספת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שמוסיפים לשורש כדי ליצור מילה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יצירת מילה חדשה מתוך שורש קיים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התבנית שבה נבנית המילה מהשורש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אותיות הן השורש של המילה 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כ.ת.י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ת.י.ב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כ.י.ב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אותיות הן השורש של המילה מלמד?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מ.ל.מ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ל.מ.ד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מ.ל.ד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ל.מ.מ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אותיות הן השורש של המילה שמירה?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ש.מ.ר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ש.י.ר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מ.י.ר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ש.מ.י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אותיות הן השורש של המילה הגדיל?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ה.ג.ד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ג.ד.ל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ג.ד.י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ה.ד.ל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אותיות הן השורש של המילה התכתבות?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ת.כ.ת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כ.ת.ת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ה.כ.ת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אילו אותיות הן השורש של המילה מגדל?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מ.ג.ד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ג.ד.ל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מ.ד.ל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ג.ד.מ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ש.מ.ר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ל.מ.ד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ג.ד.ל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גידול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כ.ת.ב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לימוד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ל.מ.ד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המילים במשפחת מילים יש את 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תמיד מופיע במילה בדיוק באותו סדר ובלי שינוי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כתב וכתובת שייכות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שמר ושיר שייכות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אותיות לשורש כדי ליצור מילים חדשות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 ממשפחה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ש__________ בבית ספר נקרא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האיש שעומד בשער ושומר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המכתב שאני כותב נקרא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מקום שבו מגדלים ילדים קטנים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הפעולה של לכתוב משהו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יוצרים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שורש אחד (למשל ל.מ.ד או ש.מ.ר) וכתבו שלוש מילים שונות מאותה משפחה, לכל מילה כתבו משפט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משפחת 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למשפחת 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