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שורש ומהי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אותיות השורש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מילים חדשות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ל.מ.ד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ש.מ.ר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(ל.מ.ד)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(ש.מ.ר)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(כ.ת.ב)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(ג.ד.ל)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יש שינויים קטנים באותיות השורש בתוך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 ממשפחה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יוצרים משפחת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- אותיות הבסיס של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משפחת מילים - מילים עם 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עם שורש משותף תתקבל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שורש אחד על הלוח ולבקש מהתלמידים למצוא מילים נוספות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שלפעמים אות בשורש משתנה או נעלמת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דיון קצר על בניינים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למילים רבות יש שורש משותף - אותיות בסיס שנושאות את המשמעות העיקרית. מילים שיש להן אותו שורש שייכות לאותה משפחת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שומר  ·  לומד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המילה 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כ.ת.י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ת.י.ב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השורש של המילה מלמד?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מ.ל.מ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ל.מ.ד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מ.ל.ד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השורש של המילה שמירה?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ש.מ.ר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ש.י.ר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מ.י.ר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ש.מ.ר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כ.ת.ב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ג.ד.ל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גידול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ל.מ.ד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המילים במשפחת מילים יש את 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השורש תמיד מופיע במילה בדיוק באותו סדר ובלי שינוי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 ממשפחה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 ש__________ בבית ספר נקרא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האיש שעומד בשער ושומר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יוצרים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משפחת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